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32"/>
        </w:rPr>
        <w:t>Surat Lamaran Kerja</w:t>
      </w:r>
    </w:p>
    <w:p/>
    <w:p>
      <w:r>
        <w:br/>
        <w:t>Kepada Yth.</w:t>
        <w:br/>
        <w:t>HRD [Nama Perusahaan]</w:t>
        <w:br/>
        <w:t>di Tempat</w:t>
        <w:br/>
        <w:br/>
        <w:t>Dengan hormat,</w:t>
        <w:br/>
        <w:br/>
        <w:t>Saya yang bertanda tangan di bawah ini:</w:t>
        <w:br/>
        <w:br/>
        <w:t>Nama        : [Nama Lengkap]</w:t>
        <w:br/>
        <w:t>Tempat, Tgl Lahir : [Kota, DD-MM-YYYY]</w:t>
        <w:br/>
        <w:t>Alamat      : [Alamat Lengkap]</w:t>
        <w:br/>
        <w:t>No. HP      : [Nomor HP Aktif]</w:t>
        <w:br/>
        <w:t>Email       : [Alamat Email]</w:t>
        <w:br/>
        <w:br/>
        <w:t>Dengan ini bermaksud untuk melamar pekerjaan di posisi [Posisi yang Dilamar] sesuai dengan informasi lowongan yang saya peroleh dari [Sumber Informasi].</w:t>
        <w:br/>
        <w:br/>
        <w:t>Saya merupakan lulusan dari [Nama Universitas/Sekolah] jurusan [Jurusan] pada tahun [Tahun Lulus]. Saya memiliki semangat belajar yang tinggi, kemampuan komunikasi yang baik, serta siap bekerja dengan tim maupun individu.</w:t>
        <w:br/>
        <w:br/>
        <w:t>Sebagai bahan pertimbangan, bersama surat ini saya lampirkan:</w:t>
        <w:br/>
        <w:t>1. Daftar Riwayat Hidup (CV)</w:t>
        <w:br/>
        <w:t>2. Fotokopi Ijazah Terakhir</w:t>
        <w:br/>
        <w:t>3. Transkrip Nilai</w:t>
        <w:br/>
        <w:t>4. Pas Foto Terbaru</w:t>
        <w:br/>
        <w:t>5. [Lampiran Lain Jika Ada]</w:t>
        <w:br/>
        <w:br/>
        <w:t>Besar harapan saya untuk dapat diberikan kesempatan mengikuti tahap seleksi berikutnya agar saya dapat menjelaskan lebih lanjut mengenai potensi yang saya miliki.</w:t>
        <w:br/>
        <w:br/>
        <w:t>Demikian surat lamaran ini saya buat dengan sebenar-benarnya. Atas perhatian dan kesempatan yang diberikan, saya ucapkan terima kasih.</w:t>
        <w:br/>
        <w:br/>
        <w:t>Hormat saya,</w:t>
        <w:br/>
        <w:br/>
        <w:t>(tanda tangan)</w:t>
        <w:br/>
        <w:br/>
        <w:t>[Nama Lengkap]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